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B5A5F" w14:textId="77777777" w:rsidR="00847DA9" w:rsidRDefault="00A25519">
      <w:pPr>
        <w:jc w:val="center"/>
      </w:pPr>
      <w:r>
        <w:rPr>
          <w:b/>
          <w:color w:val="004F91"/>
          <w:sz w:val="32"/>
        </w:rPr>
        <w:t>HELSE STAVANGER</w:t>
      </w:r>
      <w:r>
        <w:rPr>
          <w:b/>
          <w:color w:val="004F91"/>
          <w:sz w:val="32"/>
        </w:rPr>
        <w:br/>
      </w:r>
      <w:r>
        <w:rPr>
          <w:color w:val="004F91"/>
        </w:rPr>
        <w:t>Stavanger universitetssjukehus</w:t>
      </w:r>
    </w:p>
    <w:p w14:paraId="6E36745C" w14:textId="21DFBA52" w:rsidR="00847DA9" w:rsidRDefault="0AAAD925">
      <w:pPr>
        <w:jc w:val="center"/>
      </w:pPr>
      <w:r w:rsidRPr="0AAAD925">
        <w:rPr>
          <w:b/>
          <w:bCs/>
          <w:color w:val="004F91"/>
          <w:sz w:val="40"/>
          <w:szCs w:val="40"/>
        </w:rPr>
        <w:t>OPPLYSNINGSSKJEMA</w:t>
      </w:r>
    </w:p>
    <w:p w14:paraId="4D7E195A" w14:textId="53DBDE31" w:rsidR="00847DA9" w:rsidRDefault="00A25519">
      <w:pPr>
        <w:jc w:val="center"/>
      </w:pPr>
      <w:r>
        <w:br/>
      </w:r>
      <w:r w:rsidR="0AAAD925">
        <w:t>Gravide med tidligere eller nåværende rusproblematikk eller bruk av vanedannende legemidler</w:t>
      </w:r>
    </w:p>
    <w:p w14:paraId="68B4932E" w14:textId="6C4E9C2F" w:rsidR="0697BF09" w:rsidRDefault="0697BF09" w:rsidP="0AAAD925">
      <w:r>
        <w:t xml:space="preserve">Til: </w:t>
      </w:r>
    </w:p>
    <w:p w14:paraId="28EB9F45" w14:textId="17C2CC98" w:rsidR="0697BF09" w:rsidRDefault="0697BF09" w:rsidP="0AAAD925">
      <w:proofErr w:type="spellStart"/>
      <w:r>
        <w:t>Fostermedisinsk</w:t>
      </w:r>
      <w:proofErr w:type="spellEnd"/>
      <w:r>
        <w:t xml:space="preserve"> </w:t>
      </w:r>
      <w:proofErr w:type="spellStart"/>
      <w:r>
        <w:t>poliklinikk</w:t>
      </w:r>
      <w:proofErr w:type="spellEnd"/>
      <w:r>
        <w:t>,</w:t>
      </w:r>
    </w:p>
    <w:p w14:paraId="076DF27A" w14:textId="523B30BF" w:rsidR="00A7691F" w:rsidRDefault="0697BF09" w:rsidP="0AAAD925">
      <w:r>
        <w:t>Postboks 8100, 4068 Stavanger</w:t>
      </w:r>
    </w:p>
    <w:p w14:paraId="79104580" w14:textId="124A07B4" w:rsidR="6039DAC7" w:rsidRDefault="6039DAC7" w:rsidP="0AAAD925">
      <w:r>
        <w:t>Skjema sendes i uke 28 og ved nye/endrede opplysninger sammen med kopi av Helsekortet. Ved første gangs innsending sendes også kopi av blodprøvesvar og ultralydskjema hvis ultralyd ikke er utført ved fostermedisinsk poliklinikk.</w:t>
      </w:r>
    </w:p>
    <w:p w14:paraId="421FE957" w14:textId="77777777" w:rsidR="00847DA9" w:rsidRDefault="00A25519">
      <w:pPr>
        <w:shd w:val="clear" w:color="auto" w:fill="004F91"/>
      </w:pPr>
      <w:r>
        <w:rPr>
          <w:b/>
          <w:color w:val="FFFFFF"/>
        </w:rPr>
        <w:t>1. Innsending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847DA9" w14:paraId="2A67A1DE" w14:textId="77777777" w:rsidTr="0AAAD925">
        <w:tc>
          <w:tcPr>
            <w:tcW w:w="5270" w:type="dxa"/>
          </w:tcPr>
          <w:p w14:paraId="31EDE7BF" w14:textId="77777777" w:rsidR="00847DA9" w:rsidRDefault="00A25519">
            <w:r>
              <w:t>Dato</w:t>
            </w:r>
          </w:p>
        </w:tc>
        <w:tc>
          <w:tcPr>
            <w:tcW w:w="5270" w:type="dxa"/>
          </w:tcPr>
          <w:p w14:paraId="051E303C" w14:textId="59AC731C" w:rsidR="00847DA9" w:rsidRDefault="00847DA9"/>
        </w:tc>
      </w:tr>
      <w:tr w:rsidR="00847DA9" w14:paraId="023C09AF" w14:textId="77777777" w:rsidTr="0AAAD925">
        <w:tc>
          <w:tcPr>
            <w:tcW w:w="5270" w:type="dxa"/>
          </w:tcPr>
          <w:p w14:paraId="48738E95" w14:textId="77777777" w:rsidR="00847DA9" w:rsidRDefault="00A25519">
            <w:r>
              <w:t>Fastlege</w:t>
            </w:r>
          </w:p>
        </w:tc>
        <w:tc>
          <w:tcPr>
            <w:tcW w:w="5270" w:type="dxa"/>
          </w:tcPr>
          <w:p w14:paraId="40F750CB" w14:textId="583F3D98" w:rsidR="00847DA9" w:rsidRDefault="00847DA9"/>
        </w:tc>
      </w:tr>
      <w:tr w:rsidR="00847DA9" w14:paraId="5480C303" w14:textId="77777777" w:rsidTr="0AAAD925">
        <w:tc>
          <w:tcPr>
            <w:tcW w:w="5270" w:type="dxa"/>
          </w:tcPr>
          <w:p w14:paraId="52A32EF4" w14:textId="77777777" w:rsidR="00847DA9" w:rsidRDefault="00A25519">
            <w:r>
              <w:t>Jordmor</w:t>
            </w:r>
          </w:p>
        </w:tc>
        <w:tc>
          <w:tcPr>
            <w:tcW w:w="5270" w:type="dxa"/>
          </w:tcPr>
          <w:p w14:paraId="5BA719F9" w14:textId="727DD8AE" w:rsidR="00847DA9" w:rsidRDefault="00847DA9"/>
        </w:tc>
      </w:tr>
    </w:tbl>
    <w:p w14:paraId="749A98D3" w14:textId="77777777" w:rsidR="00847DA9" w:rsidRDefault="00A25519">
      <w:pPr>
        <w:shd w:val="clear" w:color="auto" w:fill="004F91"/>
      </w:pPr>
      <w:r>
        <w:rPr>
          <w:b/>
          <w:color w:val="FFFFFF"/>
        </w:rPr>
        <w:t>2. Opplysninger om den gravide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847DA9" w14:paraId="3DEF848B" w14:textId="77777777" w:rsidTr="0AAAD925">
        <w:tc>
          <w:tcPr>
            <w:tcW w:w="5270" w:type="dxa"/>
          </w:tcPr>
          <w:p w14:paraId="54400A4E" w14:textId="77777777" w:rsidR="00847DA9" w:rsidRDefault="00A25519">
            <w:r>
              <w:t>Navn</w:t>
            </w:r>
          </w:p>
        </w:tc>
        <w:tc>
          <w:tcPr>
            <w:tcW w:w="5270" w:type="dxa"/>
          </w:tcPr>
          <w:p w14:paraId="5D83B589" w14:textId="69C2CE76" w:rsidR="00847DA9" w:rsidRDefault="00847DA9"/>
        </w:tc>
      </w:tr>
      <w:tr w:rsidR="00847DA9" w14:paraId="514D6290" w14:textId="77777777" w:rsidTr="0AAAD925">
        <w:tc>
          <w:tcPr>
            <w:tcW w:w="5270" w:type="dxa"/>
          </w:tcPr>
          <w:p w14:paraId="0665A75C" w14:textId="77777777" w:rsidR="00847DA9" w:rsidRDefault="00A25519">
            <w:r>
              <w:t>Adresse</w:t>
            </w:r>
          </w:p>
        </w:tc>
        <w:tc>
          <w:tcPr>
            <w:tcW w:w="5270" w:type="dxa"/>
          </w:tcPr>
          <w:p w14:paraId="19511D0F" w14:textId="5341DF17" w:rsidR="00847DA9" w:rsidRDefault="00847DA9"/>
        </w:tc>
      </w:tr>
      <w:tr w:rsidR="00847DA9" w14:paraId="3DFDCA2B" w14:textId="77777777" w:rsidTr="0AAAD925">
        <w:tc>
          <w:tcPr>
            <w:tcW w:w="5270" w:type="dxa"/>
          </w:tcPr>
          <w:p w14:paraId="3A445967" w14:textId="77777777" w:rsidR="00847DA9" w:rsidRDefault="00A25519">
            <w:r>
              <w:t>Fødselsnummer</w:t>
            </w:r>
          </w:p>
        </w:tc>
        <w:tc>
          <w:tcPr>
            <w:tcW w:w="5270" w:type="dxa"/>
          </w:tcPr>
          <w:p w14:paraId="61DE0296" w14:textId="53AD60E0" w:rsidR="00847DA9" w:rsidRDefault="00847DA9"/>
        </w:tc>
      </w:tr>
      <w:tr w:rsidR="00847DA9" w14:paraId="58DE994C" w14:textId="77777777" w:rsidTr="0AAAD925">
        <w:tc>
          <w:tcPr>
            <w:tcW w:w="5270" w:type="dxa"/>
          </w:tcPr>
          <w:p w14:paraId="5375065D" w14:textId="77777777" w:rsidR="00847DA9" w:rsidRDefault="00A25519">
            <w:r>
              <w:t>Ultralydtermin</w:t>
            </w:r>
          </w:p>
        </w:tc>
        <w:tc>
          <w:tcPr>
            <w:tcW w:w="5270" w:type="dxa"/>
          </w:tcPr>
          <w:p w14:paraId="2CDC6FFC" w14:textId="7742B914" w:rsidR="00847DA9" w:rsidRDefault="00847DA9"/>
        </w:tc>
      </w:tr>
    </w:tbl>
    <w:p w14:paraId="6ABD214C" w14:textId="7BDDE9CB" w:rsidR="00847DA9" w:rsidRDefault="0AAAD925">
      <w:r>
        <w:t xml:space="preserve">Tidligere innleggelser: </w:t>
      </w:r>
    </w:p>
    <w:p w14:paraId="23357F0F" w14:textId="15B5EB78" w:rsidR="00847DA9" w:rsidRDefault="4424806D">
      <w:r>
        <w:t>______________________________________________________________________________________________</w:t>
      </w:r>
    </w:p>
    <w:p w14:paraId="7B4B5997" w14:textId="7210643E" w:rsidR="00847DA9" w:rsidRDefault="0AAAD925">
      <w:r>
        <w:t xml:space="preserve">Anamnese: </w:t>
      </w:r>
    </w:p>
    <w:p w14:paraId="06CC81E3" w14:textId="7C526583" w:rsidR="00A7691F" w:rsidRDefault="00A7691F">
      <w:r>
        <w:t>______________________________________________________________________________________________</w:t>
      </w:r>
    </w:p>
    <w:p w14:paraId="71B875A4" w14:textId="000D4383" w:rsidR="00A7691F" w:rsidRDefault="0AAAD925">
      <w:r>
        <w:t>_________________________________________________</w:t>
      </w:r>
      <w:r w:rsidR="1C9DD5FA">
        <w:t>_____________________________________________</w:t>
      </w:r>
    </w:p>
    <w:p w14:paraId="33C29CC1" w14:textId="77777777" w:rsidR="00847DA9" w:rsidRDefault="00A25519">
      <w:pPr>
        <w:shd w:val="clear" w:color="auto" w:fill="004F91"/>
      </w:pPr>
      <w:r>
        <w:rPr>
          <w:b/>
          <w:color w:val="FFFFFF"/>
        </w:rPr>
        <w:t>3. Tobakksbruk</w:t>
      </w:r>
    </w:p>
    <w:p w14:paraId="2C17DFE9" w14:textId="63A84D38" w:rsidR="00847DA9" w:rsidRDefault="0AAAD925">
      <w:r>
        <w:t xml:space="preserve">Røyk: </w:t>
      </w:r>
      <w:r w:rsidR="6DF93EAB">
        <w:t xml:space="preserve">Før sv.sk. </w:t>
      </w:r>
      <w:r>
        <w:t xml:space="preserve">☐ </w:t>
      </w:r>
      <w:proofErr w:type="gramStart"/>
      <w:r>
        <w:t>Nei  ☐</w:t>
      </w:r>
      <w:proofErr w:type="gramEnd"/>
      <w:r>
        <w:t xml:space="preserve"> Ja   Antall pr dag: ______</w:t>
      </w:r>
    </w:p>
    <w:p w14:paraId="06AD30A0" w14:textId="17E3A1E1" w:rsidR="0AAAD925" w:rsidRDefault="5243490D">
      <w:r>
        <w:t xml:space="preserve">             I sv.sk     ☐ </w:t>
      </w:r>
      <w:proofErr w:type="gramStart"/>
      <w:r>
        <w:t>Nei  ☐</w:t>
      </w:r>
      <w:proofErr w:type="gramEnd"/>
      <w:r>
        <w:t xml:space="preserve"> Ja   Antall pr </w:t>
      </w:r>
      <w:proofErr w:type="spellStart"/>
      <w:r>
        <w:t>dag</w:t>
      </w:r>
      <w:proofErr w:type="spellEnd"/>
      <w:r>
        <w:t>: ______</w:t>
      </w:r>
    </w:p>
    <w:p w14:paraId="447A7102" w14:textId="28C12CE5" w:rsidR="00847DA9" w:rsidRDefault="0AAAD925">
      <w:r>
        <w:t xml:space="preserve">Snus: </w:t>
      </w:r>
      <w:r w:rsidR="1F262D82">
        <w:t xml:space="preserve">Før sv.sk </w:t>
      </w:r>
      <w:r>
        <w:t xml:space="preserve">☐ </w:t>
      </w:r>
      <w:proofErr w:type="gramStart"/>
      <w:r>
        <w:t>Nei  ☐</w:t>
      </w:r>
      <w:proofErr w:type="gramEnd"/>
      <w:r>
        <w:t xml:space="preserve"> Ja   Mengde pr dag: ______</w:t>
      </w:r>
    </w:p>
    <w:p w14:paraId="11B1DA68" w14:textId="2B58FDDF" w:rsidR="28C15E47" w:rsidRDefault="28C15E47" w:rsidP="0AAAD925">
      <w:r>
        <w:t xml:space="preserve">            I sv.sk    ☐ </w:t>
      </w:r>
      <w:proofErr w:type="gramStart"/>
      <w:r>
        <w:t>Nei  ☐</w:t>
      </w:r>
      <w:proofErr w:type="gramEnd"/>
      <w:r>
        <w:t xml:space="preserve"> Ja   Mengde pr dag: ______</w:t>
      </w:r>
    </w:p>
    <w:p w14:paraId="7EC9003D" w14:textId="77777777" w:rsidR="00847DA9" w:rsidRDefault="00A25519">
      <w:pPr>
        <w:shd w:val="clear" w:color="auto" w:fill="004F91"/>
      </w:pPr>
      <w:r>
        <w:rPr>
          <w:b/>
          <w:color w:val="FFFFFF"/>
        </w:rPr>
        <w:t>4. Rusmiddelbruk</w:t>
      </w:r>
    </w:p>
    <w:p w14:paraId="6208D9EA" w14:textId="77777777" w:rsidR="00847DA9" w:rsidRDefault="0AAAD925">
      <w:r>
        <w:lastRenderedPageBreak/>
        <w:t>Før svangerskapet: ☐ Nei ☐ Ja ☐ Ukjent</w:t>
      </w:r>
    </w:p>
    <w:p w14:paraId="726B498E" w14:textId="1F412ECA" w:rsidR="6329924E" w:rsidRDefault="6329924E" w:rsidP="0AAAD925">
      <w:r>
        <w:t>Hvis ja, hvilke rusmidler: _____________________________________________</w:t>
      </w:r>
    </w:p>
    <w:p w14:paraId="770C2BB2" w14:textId="77777777" w:rsidR="00847DA9" w:rsidRDefault="0AAAD925">
      <w:r>
        <w:t>I svangerskapet: ☐ Nei ☐ Ja ☐ Ukjent</w:t>
      </w:r>
    </w:p>
    <w:p w14:paraId="52D3C37E" w14:textId="6CD26A68" w:rsidR="630293C2" w:rsidRDefault="630293C2" w:rsidP="0AAAD925">
      <w:r>
        <w:t>Hvis ja, hvilke rusmidler: _____________________________________________</w:t>
      </w:r>
    </w:p>
    <w:p w14:paraId="6C9E9772" w14:textId="30570149" w:rsidR="00847DA9" w:rsidRDefault="0AAAD925" w:rsidP="0AAAD925">
      <w:pPr>
        <w:shd w:val="clear" w:color="auto" w:fill="004F91"/>
      </w:pPr>
      <w:r w:rsidRPr="0AAAD925">
        <w:rPr>
          <w:b/>
          <w:bCs/>
          <w:color w:val="FFFFFF" w:themeColor="background1"/>
        </w:rPr>
        <w:t>5. Urinprøvekontroller</w:t>
      </w:r>
      <w:r w:rsidR="452449DD" w:rsidRPr="0AAAD925">
        <w:rPr>
          <w:b/>
          <w:bCs/>
          <w:color w:val="FFFFFF" w:themeColor="background1"/>
        </w:rPr>
        <w:t xml:space="preserve"> under tilsyn i svangerskapet</w:t>
      </w:r>
    </w:p>
    <w:p w14:paraId="7E5F6F4A" w14:textId="43DC16E2" w:rsidR="00847DA9" w:rsidRDefault="0AAAD925" w:rsidP="0AAAD925">
      <w:r>
        <w:t>Antall per uke: ______ Uteblitt: _____</w:t>
      </w:r>
      <w:proofErr w:type="gramStart"/>
      <w:r>
        <w:t xml:space="preserve">_ </w:t>
      </w:r>
      <w:r w:rsidR="3890A62E">
        <w:t xml:space="preserve"> Ombestilt</w:t>
      </w:r>
      <w:proofErr w:type="gramEnd"/>
      <w:r w:rsidR="3890A62E">
        <w:t xml:space="preserve"> avtaler: ______</w:t>
      </w:r>
    </w:p>
    <w:p w14:paraId="6D3FAD16" w14:textId="09B25722" w:rsidR="3890A62E" w:rsidRDefault="3890A62E">
      <w:r>
        <w:t>Prøveresultat: _____________________________________________</w:t>
      </w:r>
    </w:p>
    <w:p w14:paraId="0D08312B" w14:textId="77777777" w:rsidR="00847DA9" w:rsidRDefault="00A25519">
      <w:r>
        <w:t>Kommentarer: _____________________________________________</w:t>
      </w:r>
    </w:p>
    <w:p w14:paraId="2AB117CA" w14:textId="2EE80539" w:rsidR="00847DA9" w:rsidRDefault="0AAAD925" w:rsidP="0AAAD925">
      <w:pPr>
        <w:shd w:val="clear" w:color="auto" w:fill="004F91"/>
      </w:pPr>
      <w:r w:rsidRPr="0AAAD925">
        <w:rPr>
          <w:b/>
          <w:bCs/>
          <w:color w:val="FFFFFF" w:themeColor="background1"/>
        </w:rPr>
        <w:t xml:space="preserve">6. </w:t>
      </w:r>
      <w:r w:rsidR="4C948454" w:rsidRPr="0AAAD925">
        <w:rPr>
          <w:b/>
          <w:bCs/>
          <w:color w:val="FFFFFF" w:themeColor="background1"/>
        </w:rPr>
        <w:t>Møtt til s</w:t>
      </w:r>
      <w:r w:rsidRPr="0AAAD925">
        <w:rPr>
          <w:b/>
          <w:bCs/>
          <w:color w:val="FFFFFF" w:themeColor="background1"/>
        </w:rPr>
        <w:t>vangerskapskontroller</w:t>
      </w:r>
    </w:p>
    <w:p w14:paraId="615318AE" w14:textId="4DE5FFBF" w:rsidR="00847DA9" w:rsidRDefault="0AAAD925">
      <w:r>
        <w:t xml:space="preserve">☐ Ja, </w:t>
      </w:r>
      <w:proofErr w:type="spellStart"/>
      <w:r w:rsidR="00A7691F">
        <w:t>alltid</w:t>
      </w:r>
      <w:proofErr w:type="spellEnd"/>
      <w:r w:rsidR="00A7691F">
        <w:t xml:space="preserve"> </w:t>
      </w:r>
      <w:r w:rsidR="00A7691F">
        <w:rPr>
          <w:rFonts w:ascii="Segoe UI Symbol" w:hAnsi="Segoe UI Symbol" w:cs="Segoe UI Symbol"/>
        </w:rPr>
        <w:t>☐</w:t>
      </w:r>
      <w:r>
        <w:t xml:space="preserve"> Ja, </w:t>
      </w:r>
      <w:proofErr w:type="spellStart"/>
      <w:r>
        <w:t>noen</w:t>
      </w:r>
      <w:proofErr w:type="spellEnd"/>
      <w:r>
        <w:t xml:space="preserve"> ganger ☐ Ukjent</w:t>
      </w:r>
    </w:p>
    <w:p w14:paraId="7A055D4B" w14:textId="702CB691" w:rsidR="0FA8EA3F" w:rsidRDefault="0FA8EA3F" w:rsidP="0AAAD925">
      <w:r>
        <w:t>Uteblitt: _____</w:t>
      </w:r>
      <w:proofErr w:type="gramStart"/>
      <w:r>
        <w:t>_  Ombestilt</w:t>
      </w:r>
      <w:proofErr w:type="gramEnd"/>
      <w:r>
        <w:t xml:space="preserve"> avtaler: ______</w:t>
      </w:r>
    </w:p>
    <w:p w14:paraId="7B53B11E" w14:textId="75C4F6D9" w:rsidR="0AAAD925" w:rsidRDefault="0AAAD925" w:rsidP="0AAAD925">
      <w:pPr>
        <w:shd w:val="clear" w:color="auto" w:fill="004F91"/>
      </w:pPr>
      <w:r w:rsidRPr="0AAAD925">
        <w:rPr>
          <w:b/>
          <w:bCs/>
          <w:color w:val="FFFFFF" w:themeColor="background1"/>
        </w:rPr>
        <w:t>7. Tverrfaglig samarbeid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847DA9" w14:paraId="7F4665B0" w14:textId="77777777" w:rsidTr="0AAAD925">
        <w:tc>
          <w:tcPr>
            <w:tcW w:w="3513" w:type="dxa"/>
          </w:tcPr>
          <w:p w14:paraId="77602F5F" w14:textId="3D72BD93" w:rsidR="00847DA9" w:rsidRDefault="0AAAD925" w:rsidP="0AAAD925">
            <w:r>
              <w:t>Funksjon</w:t>
            </w:r>
          </w:p>
        </w:tc>
        <w:tc>
          <w:tcPr>
            <w:tcW w:w="3513" w:type="dxa"/>
          </w:tcPr>
          <w:p w14:paraId="2EF12E28" w14:textId="77777777" w:rsidR="00847DA9" w:rsidRDefault="00A25519">
            <w:r>
              <w:t>Navn</w:t>
            </w:r>
          </w:p>
        </w:tc>
        <w:tc>
          <w:tcPr>
            <w:tcW w:w="3513" w:type="dxa"/>
          </w:tcPr>
          <w:p w14:paraId="73F1043E" w14:textId="77777777" w:rsidR="00847DA9" w:rsidRDefault="00A25519">
            <w:r>
              <w:t>Telefon</w:t>
            </w:r>
          </w:p>
        </w:tc>
      </w:tr>
      <w:tr w:rsidR="00847DA9" w14:paraId="672A6659" w14:textId="77777777" w:rsidTr="0AAAD925">
        <w:tc>
          <w:tcPr>
            <w:tcW w:w="3513" w:type="dxa"/>
          </w:tcPr>
          <w:p w14:paraId="0A37501D" w14:textId="3A1C1F8C" w:rsidR="00847DA9" w:rsidRDefault="66BFCF81">
            <w:r>
              <w:t>Rusvernkonsulent</w:t>
            </w:r>
          </w:p>
        </w:tc>
        <w:tc>
          <w:tcPr>
            <w:tcW w:w="3513" w:type="dxa"/>
          </w:tcPr>
          <w:p w14:paraId="5DAB6C7B" w14:textId="77777777" w:rsidR="00847DA9" w:rsidRDefault="00847DA9"/>
        </w:tc>
        <w:tc>
          <w:tcPr>
            <w:tcW w:w="3513" w:type="dxa"/>
          </w:tcPr>
          <w:p w14:paraId="02EB378F" w14:textId="77777777" w:rsidR="00847DA9" w:rsidRDefault="00847DA9"/>
        </w:tc>
      </w:tr>
      <w:tr w:rsidR="00847DA9" w14:paraId="6A05A809" w14:textId="77777777" w:rsidTr="0AAAD925">
        <w:tc>
          <w:tcPr>
            <w:tcW w:w="3513" w:type="dxa"/>
          </w:tcPr>
          <w:p w14:paraId="5A39BBE3" w14:textId="7C9E8E27" w:rsidR="00847DA9" w:rsidRDefault="66BFCF81">
            <w:r>
              <w:t>Fastlege</w:t>
            </w:r>
          </w:p>
        </w:tc>
        <w:tc>
          <w:tcPr>
            <w:tcW w:w="3513" w:type="dxa"/>
          </w:tcPr>
          <w:p w14:paraId="41C8F396" w14:textId="77777777" w:rsidR="00847DA9" w:rsidRDefault="00847DA9"/>
        </w:tc>
        <w:tc>
          <w:tcPr>
            <w:tcW w:w="3513" w:type="dxa"/>
          </w:tcPr>
          <w:p w14:paraId="72A3D3EC" w14:textId="77777777" w:rsidR="00847DA9" w:rsidRDefault="00847DA9"/>
        </w:tc>
      </w:tr>
      <w:tr w:rsidR="00847DA9" w14:paraId="0D0B940D" w14:textId="77777777" w:rsidTr="0AAAD925">
        <w:tc>
          <w:tcPr>
            <w:tcW w:w="3513" w:type="dxa"/>
          </w:tcPr>
          <w:p w14:paraId="0E27B00A" w14:textId="14805AF0" w:rsidR="00847DA9" w:rsidRDefault="66BFCF81">
            <w:r>
              <w:t>Jordmor</w:t>
            </w:r>
          </w:p>
        </w:tc>
        <w:tc>
          <w:tcPr>
            <w:tcW w:w="3513" w:type="dxa"/>
          </w:tcPr>
          <w:p w14:paraId="60061E4C" w14:textId="77777777" w:rsidR="00847DA9" w:rsidRDefault="00847DA9"/>
        </w:tc>
        <w:tc>
          <w:tcPr>
            <w:tcW w:w="3513" w:type="dxa"/>
          </w:tcPr>
          <w:p w14:paraId="44EAFD9C" w14:textId="77777777" w:rsidR="00847DA9" w:rsidRDefault="00847DA9"/>
        </w:tc>
      </w:tr>
      <w:tr w:rsidR="00847DA9" w14:paraId="4B94D5A5" w14:textId="77777777" w:rsidTr="0AAAD925">
        <w:tc>
          <w:tcPr>
            <w:tcW w:w="3513" w:type="dxa"/>
          </w:tcPr>
          <w:p w14:paraId="3DEEC669" w14:textId="23DB17E6" w:rsidR="00847DA9" w:rsidRDefault="66BFCF81">
            <w:r>
              <w:t>Helsesykepleier</w:t>
            </w:r>
          </w:p>
        </w:tc>
        <w:tc>
          <w:tcPr>
            <w:tcW w:w="3513" w:type="dxa"/>
          </w:tcPr>
          <w:p w14:paraId="3656B9AB" w14:textId="77777777" w:rsidR="00847DA9" w:rsidRDefault="00847DA9"/>
        </w:tc>
        <w:tc>
          <w:tcPr>
            <w:tcW w:w="3513" w:type="dxa"/>
          </w:tcPr>
          <w:p w14:paraId="45FB0818" w14:textId="77777777" w:rsidR="00847DA9" w:rsidRDefault="00847DA9"/>
        </w:tc>
      </w:tr>
      <w:tr w:rsidR="00847DA9" w14:paraId="049F31CB" w14:textId="77777777" w:rsidTr="0AAAD925">
        <w:tc>
          <w:tcPr>
            <w:tcW w:w="3513" w:type="dxa"/>
          </w:tcPr>
          <w:p w14:paraId="53128261" w14:textId="36F37E09" w:rsidR="00847DA9" w:rsidRDefault="66BFCF81">
            <w:r>
              <w:t>Barneverntjenesten</w:t>
            </w:r>
          </w:p>
        </w:tc>
        <w:tc>
          <w:tcPr>
            <w:tcW w:w="3513" w:type="dxa"/>
          </w:tcPr>
          <w:p w14:paraId="62486C05" w14:textId="77777777" w:rsidR="00847DA9" w:rsidRDefault="00847DA9"/>
        </w:tc>
        <w:tc>
          <w:tcPr>
            <w:tcW w:w="3513" w:type="dxa"/>
          </w:tcPr>
          <w:p w14:paraId="4101652C" w14:textId="77777777" w:rsidR="00847DA9" w:rsidRDefault="00847DA9"/>
        </w:tc>
      </w:tr>
      <w:tr w:rsidR="0AAAD925" w14:paraId="6AB00FCF" w14:textId="77777777" w:rsidTr="0AAAD925">
        <w:trPr>
          <w:trHeight w:val="300"/>
        </w:trPr>
        <w:tc>
          <w:tcPr>
            <w:tcW w:w="3513" w:type="dxa"/>
          </w:tcPr>
          <w:p w14:paraId="43F513B4" w14:textId="3DA0A243" w:rsidR="66BFCF81" w:rsidRDefault="66BFCF81" w:rsidP="0AAAD925">
            <w:r>
              <w:t xml:space="preserve">Andre: </w:t>
            </w:r>
          </w:p>
        </w:tc>
        <w:tc>
          <w:tcPr>
            <w:tcW w:w="3513" w:type="dxa"/>
          </w:tcPr>
          <w:p w14:paraId="3E887F7A" w14:textId="7C48BCC0" w:rsidR="0AAAD925" w:rsidRDefault="0AAAD925" w:rsidP="0AAAD925"/>
        </w:tc>
        <w:tc>
          <w:tcPr>
            <w:tcW w:w="3513" w:type="dxa"/>
          </w:tcPr>
          <w:p w14:paraId="1E5562D0" w14:textId="70C9C51C" w:rsidR="0AAAD925" w:rsidRDefault="0AAAD925" w:rsidP="0AAAD925"/>
        </w:tc>
      </w:tr>
      <w:tr w:rsidR="0AAAD925" w14:paraId="172C020B" w14:textId="77777777" w:rsidTr="0AAAD925">
        <w:trPr>
          <w:trHeight w:val="300"/>
        </w:trPr>
        <w:tc>
          <w:tcPr>
            <w:tcW w:w="10539" w:type="dxa"/>
            <w:gridSpan w:val="3"/>
          </w:tcPr>
          <w:p w14:paraId="5C7EF38D" w14:textId="4AAFA621" w:rsidR="7368108F" w:rsidRDefault="7368108F" w:rsidP="0AAAD925">
            <w:r>
              <w:t xml:space="preserve">Etablert tverrfaglig samarbeid (ansvarsgruppe): </w:t>
            </w:r>
          </w:p>
          <w:p w14:paraId="42FA0038" w14:textId="082B0F3C" w:rsidR="7368108F" w:rsidRDefault="7368108F" w:rsidP="0AAAD925">
            <w:r>
              <w:t xml:space="preserve">     Ja                         Nei   </w:t>
            </w:r>
          </w:p>
          <w:p w14:paraId="46CEA0FD" w14:textId="0FA5664C" w:rsidR="0AAAD925" w:rsidRDefault="0AAAD925" w:rsidP="0AAAD925"/>
        </w:tc>
      </w:tr>
    </w:tbl>
    <w:p w14:paraId="21A66ED3" w14:textId="77777777" w:rsidR="00847DA9" w:rsidRDefault="00A25519">
      <w:pPr>
        <w:shd w:val="clear" w:color="auto" w:fill="004F91"/>
      </w:pPr>
      <w:r>
        <w:rPr>
          <w:b/>
          <w:color w:val="FFFFFF"/>
        </w:rPr>
        <w:t>8. Oppfølgingsplan</w:t>
      </w:r>
    </w:p>
    <w:p w14:paraId="25C0D3C4" w14:textId="19DA6214" w:rsidR="00847DA9" w:rsidRDefault="0AAAD925">
      <w:r>
        <w:t>☐ Oppfølgingsplan sendt</w:t>
      </w:r>
      <w:r w:rsidR="20A91C88">
        <w:t xml:space="preserve"> fostermedisinsk poliklinikk</w:t>
      </w:r>
    </w:p>
    <w:p w14:paraId="5A3D17F2" w14:textId="77777777" w:rsidR="00A7691F" w:rsidRDefault="3372E9DC" w:rsidP="0AAAD925">
      <w:r>
        <w:t xml:space="preserve">Hvis nei: Planlagt oppfølging av mor </w:t>
      </w:r>
      <w:proofErr w:type="spellStart"/>
      <w:r>
        <w:t>og</w:t>
      </w:r>
      <w:proofErr w:type="spellEnd"/>
      <w:r>
        <w:t xml:space="preserve"> barn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utskriving</w:t>
      </w:r>
      <w:proofErr w:type="spellEnd"/>
      <w:r>
        <w:t>:</w:t>
      </w:r>
    </w:p>
    <w:p w14:paraId="74CC9273" w14:textId="77777777" w:rsidR="00A7691F" w:rsidRDefault="00A7691F" w:rsidP="00A7691F">
      <w:r>
        <w:t>______________________________________________________________________________________________</w:t>
      </w:r>
    </w:p>
    <w:p w14:paraId="0CC2C4EA" w14:textId="2EA6AB0C" w:rsidR="3372E9DC" w:rsidRDefault="00A7691F" w:rsidP="0AAAD925">
      <w:r>
        <w:t>______________________________________________________________________________________________</w:t>
      </w:r>
    </w:p>
    <w:p w14:paraId="78E50011" w14:textId="77777777" w:rsidR="00847DA9" w:rsidRDefault="0AAAD925">
      <w:proofErr w:type="spellStart"/>
      <w:r>
        <w:t>Helsestasjon</w:t>
      </w:r>
      <w:proofErr w:type="spellEnd"/>
      <w:r>
        <w:t>: ____________________</w:t>
      </w:r>
    </w:p>
    <w:p w14:paraId="1ED3017C" w14:textId="0E629F69" w:rsidR="4EA46B19" w:rsidRDefault="4EA46B19" w:rsidP="0AAAD925">
      <w:r>
        <w:t>Ved utreise, ring telefon: ____________________</w:t>
      </w:r>
    </w:p>
    <w:p w14:paraId="5276377B" w14:textId="31B0445B" w:rsidR="00847DA9" w:rsidRDefault="00A7691F">
      <w:pPr>
        <w:shd w:val="clear" w:color="auto" w:fill="004F91"/>
      </w:pPr>
      <w:r>
        <w:rPr>
          <w:b/>
          <w:color w:val="FFFFFF"/>
        </w:rPr>
        <w:t>9</w:t>
      </w:r>
      <w:r w:rsidR="00A25519">
        <w:rPr>
          <w:b/>
          <w:color w:val="FFFFFF"/>
        </w:rPr>
        <w:t>. Samtykke og underskrift</w:t>
      </w:r>
    </w:p>
    <w:p w14:paraId="2756BE68" w14:textId="77777777" w:rsidR="00847DA9" w:rsidRDefault="00A25519">
      <w:r>
        <w:t>Jeg samtykker til oversendelse til Kvinneklinikken ved Stavanger universitetssjukehus.</w:t>
      </w:r>
    </w:p>
    <w:p w14:paraId="49CD8FA7" w14:textId="77777777" w:rsidR="00847DA9" w:rsidRDefault="00A25519">
      <w:r>
        <w:t>Sted/dato: __________________   Underskrift: __________________</w:t>
      </w:r>
    </w:p>
    <w:sectPr w:rsidR="00847DA9" w:rsidSect="00034616">
      <w:pgSz w:w="12240" w:h="15840"/>
      <w:pgMar w:top="68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866371">
    <w:abstractNumId w:val="8"/>
  </w:num>
  <w:num w:numId="2" w16cid:durableId="683939613">
    <w:abstractNumId w:val="6"/>
  </w:num>
  <w:num w:numId="3" w16cid:durableId="60256189">
    <w:abstractNumId w:val="5"/>
  </w:num>
  <w:num w:numId="4" w16cid:durableId="937635300">
    <w:abstractNumId w:val="4"/>
  </w:num>
  <w:num w:numId="5" w16cid:durableId="179318884">
    <w:abstractNumId w:val="7"/>
  </w:num>
  <w:num w:numId="6" w16cid:durableId="338891905">
    <w:abstractNumId w:val="3"/>
  </w:num>
  <w:num w:numId="7" w16cid:durableId="172302236">
    <w:abstractNumId w:val="2"/>
  </w:num>
  <w:num w:numId="8" w16cid:durableId="203299251">
    <w:abstractNumId w:val="1"/>
  </w:num>
  <w:num w:numId="9" w16cid:durableId="101719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7DA9"/>
    <w:rsid w:val="00A25519"/>
    <w:rsid w:val="00A7691F"/>
    <w:rsid w:val="00AA1D8D"/>
    <w:rsid w:val="00B47730"/>
    <w:rsid w:val="00CB0664"/>
    <w:rsid w:val="00D73CB3"/>
    <w:rsid w:val="00FC693F"/>
    <w:rsid w:val="02E86C8E"/>
    <w:rsid w:val="04138235"/>
    <w:rsid w:val="0697BF09"/>
    <w:rsid w:val="08F843CF"/>
    <w:rsid w:val="0AAAD925"/>
    <w:rsid w:val="0B4FD858"/>
    <w:rsid w:val="0D20EE6F"/>
    <w:rsid w:val="0F17111F"/>
    <w:rsid w:val="0FA8EA3F"/>
    <w:rsid w:val="1360AA91"/>
    <w:rsid w:val="138BE07A"/>
    <w:rsid w:val="168A4E13"/>
    <w:rsid w:val="1C9DD5FA"/>
    <w:rsid w:val="1CDC6C89"/>
    <w:rsid w:val="1F262D82"/>
    <w:rsid w:val="20A91C88"/>
    <w:rsid w:val="24840CED"/>
    <w:rsid w:val="28271143"/>
    <w:rsid w:val="28C15E47"/>
    <w:rsid w:val="29B79D4E"/>
    <w:rsid w:val="3268AD78"/>
    <w:rsid w:val="3372E9DC"/>
    <w:rsid w:val="3890A62E"/>
    <w:rsid w:val="4424806D"/>
    <w:rsid w:val="44CEAA6A"/>
    <w:rsid w:val="452449DD"/>
    <w:rsid w:val="460FAC40"/>
    <w:rsid w:val="4BC5ECCC"/>
    <w:rsid w:val="4C948454"/>
    <w:rsid w:val="4D1AFDC4"/>
    <w:rsid w:val="4D6566CD"/>
    <w:rsid w:val="4EA46B19"/>
    <w:rsid w:val="5243490D"/>
    <w:rsid w:val="55328711"/>
    <w:rsid w:val="553BE239"/>
    <w:rsid w:val="59ACB1EC"/>
    <w:rsid w:val="5F5EC531"/>
    <w:rsid w:val="6039DAC7"/>
    <w:rsid w:val="630293C2"/>
    <w:rsid w:val="6329924E"/>
    <w:rsid w:val="66BFCF81"/>
    <w:rsid w:val="6A5325A8"/>
    <w:rsid w:val="6A74E5F2"/>
    <w:rsid w:val="6DF93EAB"/>
    <w:rsid w:val="7368108F"/>
    <w:rsid w:val="73BC6C8A"/>
    <w:rsid w:val="7B57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B2B1ECA-4D70-4A67-B9A2-4462FEFD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2147</Characters>
  <Application>Microsoft Office Word</Application>
  <DocSecurity>4</DocSecurity>
  <Lines>17</Lines>
  <Paragraphs>5</Paragraphs>
  <ScaleCrop>false</ScaleCrop>
  <Manager/>
  <Company/>
  <LinksUpToDate>false</LinksUpToDate>
  <CharactersWithSpaces>2546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Næss, Eva</dc:creator>
  <cp:keywords/>
  <dc:description>generated by python-docx</dc:description>
  <cp:lastModifiedBy>Næss, Eva</cp:lastModifiedBy>
  <cp:revision>2</cp:revision>
  <dcterms:created xsi:type="dcterms:W3CDTF">2026-09-10T12:28:00Z</dcterms:created>
  <dcterms:modified xsi:type="dcterms:W3CDTF">2026-09-10T12:28:00Z</dcterms:modified>
  <cp:category/>
</cp:coreProperties>
</file>